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6DFB" w14:textId="77777777" w:rsidR="00BC06CF" w:rsidRDefault="00000000">
      <w:pPr>
        <w:spacing w:after="120"/>
      </w:pPr>
      <w:r>
        <w:rPr>
          <w:noProof/>
        </w:rPr>
        <w:drawing>
          <wp:inline distT="0" distB="0" distL="0" distR="0" wp14:anchorId="43B8FC4F" wp14:editId="2AB43426">
            <wp:extent cx="543600" cy="74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_skrad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6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82261" w14:textId="77777777" w:rsidR="00BC06CF" w:rsidRDefault="00000000">
      <w:r>
        <w:rPr>
          <w:b/>
        </w:rPr>
        <w:t>REPUBLIKA HRVATSKA</w:t>
      </w:r>
    </w:p>
    <w:p w14:paraId="4F8BC82B" w14:textId="77777777" w:rsidR="00BC06CF" w:rsidRDefault="00000000">
      <w:r>
        <w:rPr>
          <w:b/>
        </w:rPr>
        <w:t>ŠIBENSKO-KNINSKA ŽUPANIJA</w:t>
      </w:r>
    </w:p>
    <w:p w14:paraId="408AE6CC" w14:textId="77777777" w:rsidR="00BC06CF" w:rsidRDefault="00000000">
      <w:r>
        <w:rPr>
          <w:b/>
        </w:rPr>
        <w:t>GRAD SKRADIN</w:t>
      </w:r>
    </w:p>
    <w:p w14:paraId="2BC4FD66" w14:textId="77777777" w:rsidR="00BC06CF" w:rsidRDefault="00000000">
      <w:r>
        <w:rPr>
          <w:b/>
        </w:rPr>
        <w:t>GRADSKO VIJEĆE</w:t>
      </w:r>
    </w:p>
    <w:p w14:paraId="3F39EB00" w14:textId="46E76E13" w:rsidR="00BC06CF" w:rsidRDefault="00000000">
      <w:r>
        <w:t xml:space="preserve">KLASA: </w:t>
      </w:r>
    </w:p>
    <w:p w14:paraId="2BF93AA4" w14:textId="377698EF" w:rsidR="00BC06CF" w:rsidRDefault="00000000">
      <w:r>
        <w:t xml:space="preserve">URBROJ: </w:t>
      </w:r>
    </w:p>
    <w:p w14:paraId="134B5EAD" w14:textId="57965F9A" w:rsidR="00BC06CF" w:rsidRDefault="00000000">
      <w:r>
        <w:t xml:space="preserve">Skradin, __. </w:t>
      </w:r>
      <w:proofErr w:type="spellStart"/>
      <w:r w:rsidR="005500E1">
        <w:t>rujna</w:t>
      </w:r>
      <w:proofErr w:type="spellEnd"/>
      <w:r w:rsidR="005500E1">
        <w:t xml:space="preserve"> </w:t>
      </w:r>
      <w:r>
        <w:t xml:space="preserve">2026. </w:t>
      </w:r>
      <w:proofErr w:type="spellStart"/>
      <w:r>
        <w:t>godine</w:t>
      </w:r>
      <w:proofErr w:type="spellEnd"/>
    </w:p>
    <w:p w14:paraId="4D7BD60F" w14:textId="77777777" w:rsidR="00BC06CF" w:rsidRDefault="00BC06CF">
      <w:pPr>
        <w:spacing w:after="120"/>
        <w:jc w:val="both"/>
      </w:pPr>
    </w:p>
    <w:p w14:paraId="22CFD4AB" w14:textId="33989324" w:rsidR="00BC06CF" w:rsidRDefault="00000000">
      <w:pPr>
        <w:spacing w:before="240" w:after="280"/>
        <w:ind w:firstLine="709"/>
        <w:jc w:val="both"/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18., </w:t>
      </w:r>
      <w:proofErr w:type="spellStart"/>
      <w:r>
        <w:t>članka</w:t>
      </w:r>
      <w:proofErr w:type="spellEnd"/>
      <w:r>
        <w:t xml:space="preserve"> 120.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122. </w:t>
      </w:r>
      <w:proofErr w:type="spellStart"/>
      <w:r>
        <w:t>stavka</w:t>
      </w:r>
      <w:proofErr w:type="spellEnd"/>
      <w:r>
        <w:t xml:space="preserve"> 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proračunu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novine“, </w:t>
      </w:r>
      <w:proofErr w:type="spellStart"/>
      <w:r>
        <w:t>broj</w:t>
      </w:r>
      <w:proofErr w:type="spellEnd"/>
      <w:r>
        <w:t xml:space="preserve"> 144/21), </w:t>
      </w:r>
      <w:proofErr w:type="spellStart"/>
      <w:r>
        <w:t>članka</w:t>
      </w:r>
      <w:proofErr w:type="spellEnd"/>
      <w:r>
        <w:t xml:space="preserve"> 6. </w:t>
      </w:r>
      <w:proofErr w:type="spellStart"/>
      <w:r>
        <w:t>stavka</w:t>
      </w:r>
      <w:proofErr w:type="spellEnd"/>
      <w:r>
        <w:t xml:space="preserve"> 2. </w:t>
      </w:r>
      <w:proofErr w:type="spellStart"/>
      <w:r>
        <w:t>točke</w:t>
      </w:r>
      <w:proofErr w:type="spellEnd"/>
      <w:r>
        <w:t xml:space="preserve"> 4.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dugoročnog</w:t>
      </w:r>
      <w:proofErr w:type="spellEnd"/>
      <w:r>
        <w:t xml:space="preserve"> </w:t>
      </w:r>
      <w:proofErr w:type="spellStart"/>
      <w:r>
        <w:t>zaduživanja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jamstava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novine“, </w:t>
      </w:r>
      <w:proofErr w:type="spellStart"/>
      <w:r>
        <w:t>broj</w:t>
      </w:r>
      <w:proofErr w:type="spellEnd"/>
      <w:r>
        <w:t xml:space="preserve"> 67/22) </w:t>
      </w:r>
      <w:proofErr w:type="spellStart"/>
      <w:r>
        <w:t>te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34. </w:t>
      </w:r>
      <w:proofErr w:type="spellStart"/>
      <w:r>
        <w:t>i</w:t>
      </w:r>
      <w:proofErr w:type="spellEnd"/>
      <w:r>
        <w:t xml:space="preserve"> 97. </w:t>
      </w:r>
      <w:proofErr w:type="spellStart"/>
      <w:r>
        <w:t>Statuta</w:t>
      </w:r>
      <w:proofErr w:type="spellEnd"/>
      <w:r>
        <w:t xml:space="preserve"> Grada </w:t>
      </w:r>
      <w:proofErr w:type="spellStart"/>
      <w:r>
        <w:t>Skradina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vjesnik</w:t>
      </w:r>
      <w:proofErr w:type="spellEnd"/>
      <w:r>
        <w:t xml:space="preserve"> </w:t>
      </w:r>
      <w:proofErr w:type="spellStart"/>
      <w:r>
        <w:t>Šibensko-kninske</w:t>
      </w:r>
      <w:proofErr w:type="spellEnd"/>
      <w:r>
        <w:t xml:space="preserve"> </w:t>
      </w:r>
      <w:proofErr w:type="spellStart"/>
      <w:r w:rsidR="005500E1">
        <w:t>županije</w:t>
      </w:r>
      <w:proofErr w:type="spellEnd"/>
      <w:r w:rsidR="005500E1">
        <w:t xml:space="preserve"> “</w:t>
      </w:r>
      <w:r>
        <w:t xml:space="preserve">, </w:t>
      </w:r>
      <w:proofErr w:type="spellStart"/>
      <w:r>
        <w:t>broj</w:t>
      </w:r>
      <w:proofErr w:type="spellEnd"/>
      <w:r>
        <w:t xml:space="preserve"> 3/21, 15/22, 29/23), </w:t>
      </w:r>
      <w:proofErr w:type="spellStart"/>
      <w:r>
        <w:t>Gradsko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Grada Skradina, </w:t>
      </w:r>
      <w:proofErr w:type="spellStart"/>
      <w:r>
        <w:t>na</w:t>
      </w:r>
      <w:proofErr w:type="spellEnd"/>
      <w:r>
        <w:t xml:space="preserve"> __. </w:t>
      </w:r>
      <w:proofErr w:type="spellStart"/>
      <w:r>
        <w:t>sjednici</w:t>
      </w:r>
      <w:proofErr w:type="spellEnd"/>
      <w:r>
        <w:t xml:space="preserve">, </w:t>
      </w:r>
      <w:proofErr w:type="spellStart"/>
      <w:r>
        <w:t>održanoj</w:t>
      </w:r>
      <w:proofErr w:type="spellEnd"/>
      <w:r>
        <w:t xml:space="preserve"> __. __________ 2026.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donosi</w:t>
      </w:r>
      <w:proofErr w:type="spellEnd"/>
    </w:p>
    <w:p w14:paraId="1A1E6815" w14:textId="77777777" w:rsidR="00BC06CF" w:rsidRDefault="00000000">
      <w:pPr>
        <w:spacing w:before="80" w:after="160"/>
        <w:jc w:val="center"/>
      </w:pPr>
      <w:r>
        <w:rPr>
          <w:b/>
        </w:rPr>
        <w:t>O D L U K U</w:t>
      </w:r>
    </w:p>
    <w:p w14:paraId="1B8BBDCE" w14:textId="75D64B4D" w:rsidR="00BC06CF" w:rsidRDefault="00000000">
      <w:pPr>
        <w:spacing w:after="320"/>
        <w:jc w:val="center"/>
      </w:pPr>
      <w:r>
        <w:rPr>
          <w:b/>
        </w:rPr>
        <w:t xml:space="preserve">o </w:t>
      </w:r>
      <w:proofErr w:type="spellStart"/>
      <w:r>
        <w:rPr>
          <w:b/>
        </w:rPr>
        <w:t>izmjenama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dopunama</w:t>
      </w:r>
      <w:proofErr w:type="spellEnd"/>
      <w:r w:rsidR="00FF4402">
        <w:rPr>
          <w:b/>
        </w:rPr>
        <w:t xml:space="preserve"> (I)</w:t>
      </w:r>
      <w:r>
        <w:rPr>
          <w:b/>
        </w:rPr>
        <w:t xml:space="preserve"> </w:t>
      </w:r>
      <w:proofErr w:type="spellStart"/>
      <w:r>
        <w:rPr>
          <w:b/>
        </w:rPr>
        <w:t>Odluke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izvršenju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Proračuna</w:t>
      </w:r>
      <w:proofErr w:type="spellEnd"/>
      <w:r>
        <w:rPr>
          <w:b/>
        </w:rPr>
        <w:t xml:space="preserve"> Grada</w:t>
      </w:r>
      <w:r>
        <w:rPr>
          <w:b/>
        </w:rPr>
        <w:br/>
      </w:r>
      <w:proofErr w:type="spellStart"/>
      <w:r>
        <w:rPr>
          <w:b/>
        </w:rPr>
        <w:t>Skradina</w:t>
      </w:r>
      <w:proofErr w:type="spellEnd"/>
      <w:r>
        <w:rPr>
          <w:b/>
        </w:rPr>
        <w:t xml:space="preserve"> za 2026. </w:t>
      </w:r>
      <w:proofErr w:type="spellStart"/>
      <w:r>
        <w:rPr>
          <w:b/>
        </w:rPr>
        <w:t>godinu</w:t>
      </w:r>
      <w:proofErr w:type="spellEnd"/>
    </w:p>
    <w:p w14:paraId="5AFD48F3" w14:textId="77777777" w:rsidR="00BC06CF" w:rsidRDefault="00000000">
      <w:pPr>
        <w:keepNext/>
        <w:spacing w:before="40" w:after="160"/>
        <w:jc w:val="center"/>
      </w:pPr>
      <w:proofErr w:type="spellStart"/>
      <w:r>
        <w:t>Članak</w:t>
      </w:r>
      <w:proofErr w:type="spellEnd"/>
      <w:r>
        <w:t xml:space="preserve"> 1.</w:t>
      </w:r>
    </w:p>
    <w:p w14:paraId="41E46632" w14:textId="77777777" w:rsidR="00BC06CF" w:rsidRDefault="00000000">
      <w:pPr>
        <w:spacing w:after="140"/>
        <w:ind w:firstLine="709"/>
        <w:jc w:val="both"/>
      </w:pPr>
      <w:r>
        <w:t xml:space="preserve">U </w:t>
      </w:r>
      <w:proofErr w:type="spellStart"/>
      <w:r>
        <w:t>Odluci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Grada </w:t>
      </w:r>
      <w:proofErr w:type="spellStart"/>
      <w:r>
        <w:t>Skradina</w:t>
      </w:r>
      <w:proofErr w:type="spellEnd"/>
      <w:r>
        <w:t xml:space="preserve"> za 2026. </w:t>
      </w:r>
      <w:proofErr w:type="spellStart"/>
      <w:r>
        <w:t>godinu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vjesnik</w:t>
      </w:r>
      <w:proofErr w:type="spellEnd"/>
      <w:r>
        <w:t xml:space="preserve"> </w:t>
      </w:r>
      <w:proofErr w:type="spellStart"/>
      <w:r>
        <w:t>Šibensko-kninske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 xml:space="preserve">“, </w:t>
      </w:r>
      <w:proofErr w:type="spellStart"/>
      <w:r>
        <w:t>broj</w:t>
      </w:r>
      <w:proofErr w:type="spellEnd"/>
      <w:r>
        <w:t xml:space="preserve"> 36/25) </w:t>
      </w:r>
      <w:proofErr w:type="spellStart"/>
      <w:r>
        <w:t>članak</w:t>
      </w:r>
      <w:proofErr w:type="spellEnd"/>
      <w:r>
        <w:t xml:space="preserve"> 14. </w:t>
      </w:r>
      <w:proofErr w:type="spellStart"/>
      <w:r>
        <w:t>mijenja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glasi</w:t>
      </w:r>
      <w:proofErr w:type="spellEnd"/>
      <w:r>
        <w:t>:</w:t>
      </w:r>
    </w:p>
    <w:p w14:paraId="723176C9" w14:textId="77777777" w:rsidR="00BC06CF" w:rsidRDefault="00000000">
      <w:pPr>
        <w:spacing w:after="100"/>
        <w:jc w:val="both"/>
      </w:pPr>
      <w:r>
        <w:rPr>
          <w:b/>
        </w:rPr>
        <w:t>„</w:t>
      </w: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14.</w:t>
      </w:r>
    </w:p>
    <w:p w14:paraId="6EA6E910" w14:textId="77777777" w:rsidR="00BC06CF" w:rsidRDefault="00000000">
      <w:pPr>
        <w:spacing w:after="100"/>
        <w:ind w:firstLine="709"/>
        <w:jc w:val="both"/>
      </w:pPr>
      <w:r>
        <w:t xml:space="preserve">(1) Grad Skradin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dugoročno</w:t>
      </w:r>
      <w:proofErr w:type="spellEnd"/>
      <w:r>
        <w:t xml:space="preserve"> </w:t>
      </w:r>
      <w:proofErr w:type="spellStart"/>
      <w:r>
        <w:t>zaduživati</w:t>
      </w:r>
      <w:proofErr w:type="spellEnd"/>
      <w:r>
        <w:t xml:space="preserve"> za </w:t>
      </w:r>
      <w:proofErr w:type="spellStart"/>
      <w:r>
        <w:t>namjene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proračunu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Gradskog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dobivenu</w:t>
      </w:r>
      <w:proofErr w:type="spellEnd"/>
      <w:r>
        <w:t xml:space="preserve"> </w:t>
      </w:r>
      <w:proofErr w:type="spellStart"/>
      <w:r>
        <w:t>suglasnost</w:t>
      </w:r>
      <w:proofErr w:type="spellEnd"/>
      <w:r>
        <w:t xml:space="preserve"> Vlade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financija</w:t>
      </w:r>
      <w:proofErr w:type="spellEnd"/>
      <w:r>
        <w:t xml:space="preserve">, u </w:t>
      </w:r>
      <w:proofErr w:type="spellStart"/>
      <w:r>
        <w:t>slučajevima</w:t>
      </w:r>
      <w:proofErr w:type="spellEnd"/>
      <w:r>
        <w:t xml:space="preserve"> </w:t>
      </w:r>
      <w:proofErr w:type="spellStart"/>
      <w:r>
        <w:t>propisanim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proračunu</w:t>
      </w:r>
      <w:proofErr w:type="spellEnd"/>
      <w:r>
        <w:t>.</w:t>
      </w:r>
    </w:p>
    <w:p w14:paraId="14480852" w14:textId="77777777" w:rsidR="00BC06CF" w:rsidRDefault="00000000">
      <w:pPr>
        <w:spacing w:after="100"/>
        <w:ind w:firstLine="709"/>
        <w:jc w:val="both"/>
      </w:pPr>
      <w:r>
        <w:t xml:space="preserve">(2) Grad Skradin </w:t>
      </w:r>
      <w:proofErr w:type="spellStart"/>
      <w:r>
        <w:t>planira</w:t>
      </w:r>
      <w:proofErr w:type="spellEnd"/>
      <w:r>
        <w:t xml:space="preserve"> </w:t>
      </w:r>
      <w:proofErr w:type="spellStart"/>
      <w:r>
        <w:t>dugoročno</w:t>
      </w:r>
      <w:proofErr w:type="spellEnd"/>
      <w:r>
        <w:t xml:space="preserve"> </w:t>
      </w:r>
      <w:proofErr w:type="spellStart"/>
      <w:r>
        <w:t>zaduženje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banke</w:t>
      </w:r>
      <w:proofErr w:type="spellEnd"/>
      <w:r>
        <w:t xml:space="preserve"> za </w:t>
      </w:r>
      <w:proofErr w:type="spellStart"/>
      <w:r>
        <w:t>obnovu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razvitak</w:t>
      </w:r>
      <w:proofErr w:type="spellEnd"/>
      <w:r>
        <w:t xml:space="preserve"> (HBOR) u </w:t>
      </w:r>
      <w:proofErr w:type="spellStart"/>
      <w:r>
        <w:t>ukupnom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do 1.500.000,00 </w:t>
      </w:r>
      <w:proofErr w:type="spellStart"/>
      <w:r>
        <w:t>eura</w:t>
      </w:r>
      <w:proofErr w:type="spellEnd"/>
      <w:r>
        <w:t xml:space="preserve"> za </w:t>
      </w:r>
      <w:proofErr w:type="spellStart"/>
      <w:r>
        <w:t>financiranje</w:t>
      </w:r>
      <w:proofErr w:type="spellEnd"/>
      <w:r>
        <w:t xml:space="preserve"> </w:t>
      </w:r>
      <w:proofErr w:type="spellStart"/>
      <w:r>
        <w:t>građevinskih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„</w:t>
      </w:r>
      <w:proofErr w:type="spellStart"/>
      <w:r>
        <w:t>Integrirana</w:t>
      </w:r>
      <w:proofErr w:type="spellEnd"/>
      <w:r>
        <w:t xml:space="preserve"> </w:t>
      </w:r>
      <w:proofErr w:type="spellStart"/>
      <w:r>
        <w:t>teritorijalna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– ITU </w:t>
      </w:r>
      <w:proofErr w:type="spellStart"/>
      <w:r>
        <w:t>mehanizam</w:t>
      </w:r>
      <w:proofErr w:type="spellEnd"/>
      <w:r>
        <w:t xml:space="preserve"> – </w:t>
      </w:r>
      <w:proofErr w:type="spellStart"/>
      <w:r>
        <w:t>izgradnja</w:t>
      </w:r>
      <w:proofErr w:type="spellEnd"/>
      <w:r>
        <w:t xml:space="preserve"> </w:t>
      </w:r>
      <w:proofErr w:type="spellStart"/>
      <w:r>
        <w:t>multifunkcionalnog</w:t>
      </w:r>
      <w:proofErr w:type="spellEnd"/>
      <w:r>
        <w:t xml:space="preserve"> centra </w:t>
      </w:r>
      <w:proofErr w:type="spellStart"/>
      <w:r>
        <w:t>Skardona</w:t>
      </w:r>
      <w:proofErr w:type="spellEnd"/>
      <w:r>
        <w:t>“.</w:t>
      </w:r>
    </w:p>
    <w:p w14:paraId="2A73EEDB" w14:textId="3F6AB44C" w:rsidR="00BC06CF" w:rsidRDefault="00000000">
      <w:pPr>
        <w:spacing w:after="100"/>
        <w:ind w:firstLine="709"/>
        <w:jc w:val="both"/>
      </w:pPr>
      <w:r>
        <w:t xml:space="preserve">(3)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kredita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2.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planira</w:t>
      </w:r>
      <w:proofErr w:type="spellEnd"/>
      <w:r>
        <w:t xml:space="preserve"> se </w:t>
      </w:r>
      <w:proofErr w:type="spellStart"/>
      <w:r>
        <w:t>povući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2027. </w:t>
      </w:r>
      <w:proofErr w:type="spellStart"/>
      <w:r>
        <w:t>godine</w:t>
      </w:r>
      <w:proofErr w:type="spellEnd"/>
      <w:r>
        <w:t xml:space="preserve"> u </w:t>
      </w:r>
      <w:proofErr w:type="spellStart"/>
      <w:r>
        <w:t>dv</w:t>
      </w:r>
      <w:r w:rsidR="00720FFD">
        <w:t>ije</w:t>
      </w:r>
      <w:proofErr w:type="spellEnd"/>
      <w:r w:rsidR="00720FFD">
        <w:t xml:space="preserve"> rate</w:t>
      </w:r>
      <w:r w:rsidR="00DA285C">
        <w:t>.</w:t>
      </w:r>
    </w:p>
    <w:p w14:paraId="3C9F22D2" w14:textId="77777777" w:rsidR="00BC06CF" w:rsidRDefault="00000000">
      <w:pPr>
        <w:spacing w:after="100"/>
        <w:ind w:firstLine="709"/>
        <w:jc w:val="both"/>
      </w:pPr>
      <w:r>
        <w:t xml:space="preserve">(4)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povlačenja</w:t>
      </w:r>
      <w:proofErr w:type="spellEnd"/>
      <w:r>
        <w:t xml:space="preserve"> </w:t>
      </w:r>
      <w:proofErr w:type="spellStart"/>
      <w:r>
        <w:t>kredita</w:t>
      </w:r>
      <w:proofErr w:type="spellEnd"/>
      <w:r>
        <w:t xml:space="preserve"> po </w:t>
      </w:r>
      <w:proofErr w:type="spellStart"/>
      <w:r>
        <w:t>proračunskim</w:t>
      </w:r>
      <w:proofErr w:type="spellEnd"/>
      <w:r>
        <w:t xml:space="preserve"> </w:t>
      </w:r>
      <w:proofErr w:type="spellStart"/>
      <w:r>
        <w:t>godinama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slijedi</w:t>
      </w:r>
      <w:proofErr w:type="spellEnd"/>
      <w:r>
        <w:t xml:space="preserve">: u 2026. </w:t>
      </w:r>
      <w:proofErr w:type="spellStart"/>
      <w:r>
        <w:t>godini</w:t>
      </w:r>
      <w:proofErr w:type="spellEnd"/>
      <w:r>
        <w:t xml:space="preserve"> 0,00 </w:t>
      </w:r>
      <w:proofErr w:type="spellStart"/>
      <w:r>
        <w:t>eura</w:t>
      </w:r>
      <w:proofErr w:type="spellEnd"/>
      <w:r>
        <w:t xml:space="preserve">, u 2027. </w:t>
      </w:r>
      <w:proofErr w:type="spellStart"/>
      <w:r>
        <w:t>godini</w:t>
      </w:r>
      <w:proofErr w:type="spellEnd"/>
      <w:r>
        <w:t xml:space="preserve"> 1.500.000,00 </w:t>
      </w:r>
      <w:proofErr w:type="spellStart"/>
      <w:r>
        <w:t>eura</w:t>
      </w:r>
      <w:proofErr w:type="spellEnd"/>
      <w:r>
        <w:t xml:space="preserve">, a u 2028. </w:t>
      </w:r>
      <w:proofErr w:type="spellStart"/>
      <w:r>
        <w:t>godini</w:t>
      </w:r>
      <w:proofErr w:type="spellEnd"/>
      <w:r>
        <w:t xml:space="preserve"> 0,00 </w:t>
      </w:r>
      <w:proofErr w:type="spellStart"/>
      <w:r>
        <w:t>eura</w:t>
      </w:r>
      <w:proofErr w:type="spellEnd"/>
      <w:r>
        <w:t>.</w:t>
      </w:r>
    </w:p>
    <w:p w14:paraId="4007B545" w14:textId="6DDEE241" w:rsidR="00BC06CF" w:rsidRDefault="00000000">
      <w:pPr>
        <w:spacing w:after="100"/>
        <w:ind w:firstLine="709"/>
        <w:jc w:val="both"/>
      </w:pPr>
      <w:r>
        <w:t xml:space="preserve">(5) </w:t>
      </w:r>
      <w:proofErr w:type="spellStart"/>
      <w:r>
        <w:t>Očekivani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duga</w:t>
      </w:r>
      <w:proofErr w:type="spellEnd"/>
      <w:r>
        <w:t xml:space="preserve"> po </w:t>
      </w:r>
      <w:proofErr w:type="spellStart"/>
      <w:r>
        <w:t>kreditu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2.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 31. </w:t>
      </w:r>
      <w:proofErr w:type="spellStart"/>
      <w:r>
        <w:t>prosinca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0,00 </w:t>
      </w:r>
      <w:proofErr w:type="spellStart"/>
      <w:r>
        <w:t>eura</w:t>
      </w:r>
      <w:proofErr w:type="spellEnd"/>
      <w:r>
        <w:t xml:space="preserve">. </w:t>
      </w:r>
      <w:proofErr w:type="spellStart"/>
      <w:r>
        <w:t>Očekivani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ukupnog</w:t>
      </w:r>
      <w:proofErr w:type="spellEnd"/>
      <w:r>
        <w:t xml:space="preserve"> </w:t>
      </w:r>
      <w:proofErr w:type="spellStart"/>
      <w:r>
        <w:t>duga</w:t>
      </w:r>
      <w:proofErr w:type="spellEnd"/>
      <w:r>
        <w:t xml:space="preserve"> Grada </w:t>
      </w:r>
      <w:proofErr w:type="spellStart"/>
      <w:r>
        <w:t>Skradina</w:t>
      </w:r>
      <w:proofErr w:type="spellEnd"/>
      <w:r>
        <w:t xml:space="preserve"> po </w:t>
      </w:r>
      <w:proofErr w:type="spellStart"/>
      <w:r>
        <w:t>osnovi</w:t>
      </w:r>
      <w:proofErr w:type="spellEnd"/>
      <w:r>
        <w:t xml:space="preserve"> </w:t>
      </w:r>
      <w:proofErr w:type="spellStart"/>
      <w:r>
        <w:t>kredita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zajmova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 31. </w:t>
      </w:r>
      <w:proofErr w:type="spellStart"/>
      <w:r>
        <w:t>prosinca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0,0</w:t>
      </w:r>
      <w:r w:rsidR="00DA285C">
        <w:t>0</w:t>
      </w:r>
      <w:r>
        <w:t xml:space="preserve"> </w:t>
      </w:r>
      <w:proofErr w:type="spellStart"/>
      <w:r>
        <w:t>eura</w:t>
      </w:r>
      <w:proofErr w:type="spellEnd"/>
      <w:r>
        <w:t>.</w:t>
      </w:r>
    </w:p>
    <w:p w14:paraId="02C1EFE3" w14:textId="7446EAAB" w:rsidR="00BC06CF" w:rsidRDefault="00000000">
      <w:pPr>
        <w:spacing w:after="180"/>
        <w:ind w:firstLine="709"/>
        <w:jc w:val="both"/>
      </w:pPr>
      <w:r>
        <w:lastRenderedPageBreak/>
        <w:t xml:space="preserve">(6) </w:t>
      </w:r>
      <w:proofErr w:type="spellStart"/>
      <w:r w:rsidR="00DA285C">
        <w:t>Z</w:t>
      </w:r>
      <w:r>
        <w:t>aduženje</w:t>
      </w:r>
      <w:proofErr w:type="spellEnd"/>
      <w:r w:rsidR="00DA285C">
        <w:t xml:space="preserve"> </w:t>
      </w:r>
      <w:proofErr w:type="spellStart"/>
      <w:r w:rsidR="00DA285C">
        <w:t>iz</w:t>
      </w:r>
      <w:proofErr w:type="spellEnd"/>
      <w:r w:rsidR="00DA285C">
        <w:t xml:space="preserve"> </w:t>
      </w:r>
      <w:proofErr w:type="spellStart"/>
      <w:r w:rsidR="00DA285C">
        <w:t>ove</w:t>
      </w:r>
      <w:proofErr w:type="spellEnd"/>
      <w:r w:rsidR="00DA285C">
        <w:t xml:space="preserve"> </w:t>
      </w:r>
      <w:proofErr w:type="spellStart"/>
      <w:r w:rsidR="00DA285C">
        <w:t>Odluke</w:t>
      </w:r>
      <w:proofErr w:type="spellEnd"/>
      <w:r w:rsidR="00DA285C">
        <w:t xml:space="preserve"> </w:t>
      </w:r>
      <w:proofErr w:type="spellStart"/>
      <w:r>
        <w:t>realizirat</w:t>
      </w:r>
      <w:proofErr w:type="spellEnd"/>
      <w:r>
        <w:t xml:space="preserve"> </w:t>
      </w:r>
      <w:proofErr w:type="spellStart"/>
      <w:r w:rsidR="00DA285C">
        <w:t>će</w:t>
      </w:r>
      <w:proofErr w:type="spellEnd"/>
      <w:r w:rsidR="00DA285C">
        <w:t xml:space="preserve"> se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Gradskog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o </w:t>
      </w:r>
      <w:proofErr w:type="spellStart"/>
      <w:r>
        <w:t>dugoročnom</w:t>
      </w:r>
      <w:proofErr w:type="spellEnd"/>
      <w:r>
        <w:t xml:space="preserve"> </w:t>
      </w:r>
      <w:proofErr w:type="spellStart"/>
      <w:r>
        <w:t>zaduživanju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dobivanja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financija</w:t>
      </w:r>
      <w:proofErr w:type="spellEnd"/>
      <w:r>
        <w:t xml:space="preserve">,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122. </w:t>
      </w:r>
      <w:proofErr w:type="spellStart"/>
      <w:r>
        <w:t>stavku</w:t>
      </w:r>
      <w:proofErr w:type="spellEnd"/>
      <w:r>
        <w:t xml:space="preserve"> 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proračunu</w:t>
      </w:r>
      <w:proofErr w:type="spellEnd"/>
      <w:r>
        <w:t>.</w:t>
      </w:r>
    </w:p>
    <w:p w14:paraId="651C8671" w14:textId="77777777" w:rsidR="00BC06CF" w:rsidRDefault="00000000">
      <w:pPr>
        <w:keepNext/>
        <w:spacing w:before="100" w:after="140"/>
        <w:jc w:val="center"/>
      </w:pPr>
      <w:proofErr w:type="spellStart"/>
      <w:r>
        <w:t>Članak</w:t>
      </w:r>
      <w:proofErr w:type="spellEnd"/>
      <w:r>
        <w:t xml:space="preserve"> 2.</w:t>
      </w:r>
    </w:p>
    <w:p w14:paraId="125E98FD" w14:textId="77777777" w:rsidR="00BC06CF" w:rsidRDefault="00000000">
      <w:pPr>
        <w:spacing w:after="140"/>
        <w:ind w:firstLine="709"/>
        <w:jc w:val="both"/>
      </w:pPr>
      <w:r>
        <w:t xml:space="preserve">U </w:t>
      </w:r>
      <w:proofErr w:type="spellStart"/>
      <w:r>
        <w:t>članku</w:t>
      </w:r>
      <w:proofErr w:type="spellEnd"/>
      <w:r>
        <w:t xml:space="preserve"> 15. </w:t>
      </w:r>
      <w:proofErr w:type="spellStart"/>
      <w:r>
        <w:t>stavku</w:t>
      </w:r>
      <w:proofErr w:type="spellEnd"/>
      <w:r>
        <w:t xml:space="preserve"> 1. </w:t>
      </w:r>
      <w:proofErr w:type="spellStart"/>
      <w:r>
        <w:t>riječi</w:t>
      </w:r>
      <w:proofErr w:type="spellEnd"/>
      <w:r>
        <w:t xml:space="preserve"> „</w:t>
      </w:r>
      <w:proofErr w:type="spellStart"/>
      <w:r>
        <w:t>suglasnosti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121. </w:t>
      </w:r>
      <w:proofErr w:type="spellStart"/>
      <w:r>
        <w:t>stavka</w:t>
      </w:r>
      <w:proofErr w:type="spellEnd"/>
      <w:r>
        <w:t xml:space="preserve"> 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proračunu</w:t>
      </w:r>
      <w:proofErr w:type="spellEnd"/>
      <w:r>
        <w:t xml:space="preserve">“ </w:t>
      </w:r>
      <w:proofErr w:type="spellStart"/>
      <w:r>
        <w:t>zamjenjuju</w:t>
      </w:r>
      <w:proofErr w:type="spellEnd"/>
      <w:r>
        <w:t xml:space="preserve"> se </w:t>
      </w:r>
      <w:proofErr w:type="spellStart"/>
      <w:r>
        <w:t>riječima</w:t>
      </w:r>
      <w:proofErr w:type="spellEnd"/>
      <w:r>
        <w:t xml:space="preserve"> „</w:t>
      </w:r>
      <w:proofErr w:type="spellStart"/>
      <w:r>
        <w:t>suglasnosti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127. </w:t>
      </w:r>
      <w:proofErr w:type="spellStart"/>
      <w:r>
        <w:t>stavka</w:t>
      </w:r>
      <w:proofErr w:type="spellEnd"/>
      <w:r>
        <w:t xml:space="preserve"> 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proračunu</w:t>
      </w:r>
      <w:proofErr w:type="spellEnd"/>
      <w:r>
        <w:t>“.</w:t>
      </w:r>
    </w:p>
    <w:p w14:paraId="521FD6A9" w14:textId="77777777" w:rsidR="00BC06CF" w:rsidRDefault="00000000">
      <w:pPr>
        <w:spacing w:after="180"/>
        <w:ind w:firstLine="709"/>
        <w:jc w:val="both"/>
      </w:pPr>
      <w:r>
        <w:t xml:space="preserve">U </w:t>
      </w:r>
      <w:proofErr w:type="spellStart"/>
      <w:r>
        <w:t>stavku</w:t>
      </w:r>
      <w:proofErr w:type="spellEnd"/>
      <w:r>
        <w:t xml:space="preserve"> 2. </w:t>
      </w:r>
      <w:proofErr w:type="spellStart"/>
      <w:r>
        <w:t>riječi</w:t>
      </w:r>
      <w:proofErr w:type="spellEnd"/>
      <w:r>
        <w:t xml:space="preserve"> „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proračunu</w:t>
      </w:r>
      <w:proofErr w:type="spellEnd"/>
      <w:r>
        <w:t xml:space="preserve">“ </w:t>
      </w:r>
      <w:proofErr w:type="spellStart"/>
      <w:r>
        <w:t>zamjenjuju</w:t>
      </w:r>
      <w:proofErr w:type="spellEnd"/>
      <w:r>
        <w:t xml:space="preserve"> se </w:t>
      </w:r>
      <w:proofErr w:type="spellStart"/>
      <w:r>
        <w:t>riječima</w:t>
      </w:r>
      <w:proofErr w:type="spellEnd"/>
      <w:r>
        <w:t xml:space="preserve"> „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1.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članka</w:t>
      </w:r>
      <w:proofErr w:type="spellEnd"/>
      <w:r>
        <w:t>“.</w:t>
      </w:r>
    </w:p>
    <w:p w14:paraId="2A7AE671" w14:textId="77777777" w:rsidR="00BC06CF" w:rsidRDefault="00000000">
      <w:pPr>
        <w:keepNext/>
        <w:spacing w:before="100" w:after="140"/>
        <w:jc w:val="center"/>
      </w:pPr>
      <w:proofErr w:type="spellStart"/>
      <w:r>
        <w:t>Članak</w:t>
      </w:r>
      <w:proofErr w:type="spellEnd"/>
      <w:r>
        <w:t xml:space="preserve"> 3.</w:t>
      </w:r>
    </w:p>
    <w:p w14:paraId="47E736BF" w14:textId="77777777" w:rsidR="00BC06CF" w:rsidRDefault="00000000">
      <w:pPr>
        <w:spacing w:after="180"/>
        <w:ind w:firstLine="709"/>
        <w:jc w:val="both"/>
      </w:pPr>
      <w:r>
        <w:t xml:space="preserve">U </w:t>
      </w:r>
      <w:proofErr w:type="spellStart"/>
      <w:r>
        <w:t>članku</w:t>
      </w:r>
      <w:proofErr w:type="spellEnd"/>
      <w:r>
        <w:t xml:space="preserve"> 17. </w:t>
      </w:r>
      <w:proofErr w:type="spellStart"/>
      <w:r>
        <w:t>stavcima</w:t>
      </w:r>
      <w:proofErr w:type="spellEnd"/>
      <w:r>
        <w:t xml:space="preserve"> 1. </w:t>
      </w:r>
      <w:proofErr w:type="spellStart"/>
      <w:r>
        <w:t>i</w:t>
      </w:r>
      <w:proofErr w:type="spellEnd"/>
      <w:r>
        <w:t xml:space="preserve"> 2. </w:t>
      </w:r>
      <w:proofErr w:type="spellStart"/>
      <w:r>
        <w:t>oznaka</w:t>
      </w:r>
      <w:proofErr w:type="spellEnd"/>
      <w:r>
        <w:t xml:space="preserve"> „NN 141/22“ </w:t>
      </w:r>
      <w:proofErr w:type="spellStart"/>
      <w:r>
        <w:t>zamjenjuje</w:t>
      </w:r>
      <w:proofErr w:type="spellEnd"/>
      <w:r>
        <w:t xml:space="preserve"> se </w:t>
      </w:r>
      <w:proofErr w:type="spellStart"/>
      <w:r>
        <w:t>riječima</w:t>
      </w:r>
      <w:proofErr w:type="spellEnd"/>
      <w:r>
        <w:t xml:space="preserve"> „</w:t>
      </w:r>
      <w:proofErr w:type="spellStart"/>
      <w:r>
        <w:t>Narodne</w:t>
      </w:r>
      <w:proofErr w:type="spellEnd"/>
      <w:r>
        <w:t xml:space="preserve"> novine, </w:t>
      </w:r>
      <w:proofErr w:type="spellStart"/>
      <w:r>
        <w:t>broj</w:t>
      </w:r>
      <w:proofErr w:type="spellEnd"/>
      <w:r>
        <w:t xml:space="preserve"> 144/21“.</w:t>
      </w:r>
    </w:p>
    <w:p w14:paraId="0C2C11FC" w14:textId="77777777" w:rsidR="00BC06CF" w:rsidRDefault="00000000">
      <w:pPr>
        <w:keepNext/>
        <w:spacing w:before="100" w:after="140"/>
        <w:jc w:val="center"/>
      </w:pPr>
      <w:proofErr w:type="spellStart"/>
      <w:r>
        <w:t>Članak</w:t>
      </w:r>
      <w:proofErr w:type="spellEnd"/>
      <w:r>
        <w:t xml:space="preserve"> 4.</w:t>
      </w:r>
    </w:p>
    <w:p w14:paraId="11BAA6CC" w14:textId="77777777" w:rsidR="00BC06CF" w:rsidRDefault="00000000">
      <w:pPr>
        <w:spacing w:after="320"/>
        <w:ind w:firstLine="709"/>
        <w:jc w:val="both"/>
      </w:pPr>
      <w:r>
        <w:t xml:space="preserve">Ova </w:t>
      </w:r>
      <w:proofErr w:type="spellStart"/>
      <w:r>
        <w:t>Odluka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osmoga</w:t>
      </w:r>
      <w:proofErr w:type="spellEnd"/>
      <w:r>
        <w:t xml:space="preserve"> dana od dana </w:t>
      </w:r>
      <w:proofErr w:type="spellStart"/>
      <w:r>
        <w:t>objave</w:t>
      </w:r>
      <w:proofErr w:type="spellEnd"/>
      <w:r>
        <w:t xml:space="preserve"> u „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vjesniku</w:t>
      </w:r>
      <w:proofErr w:type="spellEnd"/>
      <w:r>
        <w:t xml:space="preserve"> </w:t>
      </w:r>
      <w:proofErr w:type="spellStart"/>
      <w:r>
        <w:t>Šibensko-kninske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>“.</w:t>
      </w:r>
    </w:p>
    <w:p w14:paraId="409DA711" w14:textId="77777777" w:rsidR="00BC06CF" w:rsidRDefault="00000000">
      <w:pPr>
        <w:spacing w:before="200"/>
        <w:jc w:val="center"/>
      </w:pPr>
      <w:r>
        <w:rPr>
          <w:b/>
        </w:rPr>
        <w:t>GRADSKO VIJEĆE</w:t>
      </w:r>
    </w:p>
    <w:p w14:paraId="7B1F1189" w14:textId="77777777" w:rsidR="00BC06CF" w:rsidRDefault="00000000">
      <w:pPr>
        <w:jc w:val="center"/>
      </w:pPr>
      <w:r>
        <w:rPr>
          <w:b/>
        </w:rPr>
        <w:t>GRADA SKRADINA</w:t>
      </w:r>
    </w:p>
    <w:p w14:paraId="71F0B738" w14:textId="77777777" w:rsidR="00BC06CF" w:rsidRDefault="00BC06CF">
      <w:pPr>
        <w:spacing w:after="80"/>
        <w:jc w:val="both"/>
      </w:pPr>
    </w:p>
    <w:p w14:paraId="3AB1C253" w14:textId="77777777" w:rsidR="00BC06CF" w:rsidRDefault="00000000">
      <w:pPr>
        <w:jc w:val="right"/>
      </w:pPr>
      <w:r>
        <w:rPr>
          <w:b/>
        </w:rPr>
        <w:t>PREDSJEDNICA</w:t>
      </w:r>
    </w:p>
    <w:p w14:paraId="5078C20B" w14:textId="77777777" w:rsidR="00BC06CF" w:rsidRDefault="00000000">
      <w:pPr>
        <w:jc w:val="right"/>
      </w:pPr>
      <w:r>
        <w:t xml:space="preserve">Matea Klarić, dipl. </w:t>
      </w:r>
      <w:proofErr w:type="spellStart"/>
      <w:r>
        <w:t>iur</w:t>
      </w:r>
      <w:proofErr w:type="spellEnd"/>
      <w:r>
        <w:t>.</w:t>
      </w:r>
    </w:p>
    <w:sectPr w:rsidR="00BC06CF" w:rsidSect="00034616">
      <w:head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44916" w14:textId="77777777" w:rsidR="00C34F48" w:rsidRDefault="00C34F48" w:rsidP="00110265">
      <w:r>
        <w:separator/>
      </w:r>
    </w:p>
  </w:endnote>
  <w:endnote w:type="continuationSeparator" w:id="0">
    <w:p w14:paraId="326DE5C7" w14:textId="77777777" w:rsidR="00C34F48" w:rsidRDefault="00C34F48" w:rsidP="0011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237DE" w14:textId="77777777" w:rsidR="00C34F48" w:rsidRDefault="00C34F48" w:rsidP="00110265">
      <w:r>
        <w:separator/>
      </w:r>
    </w:p>
  </w:footnote>
  <w:footnote w:type="continuationSeparator" w:id="0">
    <w:p w14:paraId="557CB2A2" w14:textId="77777777" w:rsidR="00C34F48" w:rsidRDefault="00C34F48" w:rsidP="0011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BC66" w14:textId="0253719E" w:rsidR="00110265" w:rsidRDefault="00110265">
    <w:pPr>
      <w:pStyle w:val="Zaglavlje"/>
    </w:pPr>
    <w:r>
      <w:tab/>
    </w:r>
    <w:r>
      <w:tab/>
      <w:t>*</w:t>
    </w:r>
    <w:proofErr w:type="spellStart"/>
    <w:proofErr w:type="gramStart"/>
    <w:r>
      <w:t>prijedlog</w:t>
    </w:r>
    <w:proofErr w:type="spellEnd"/>
    <w:proofErr w:type="gramEnd"/>
  </w:p>
  <w:p w14:paraId="592E94A9" w14:textId="77777777" w:rsidR="00110265" w:rsidRDefault="0011026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3465340">
    <w:abstractNumId w:val="8"/>
  </w:num>
  <w:num w:numId="2" w16cid:durableId="1822580526">
    <w:abstractNumId w:val="6"/>
  </w:num>
  <w:num w:numId="3" w16cid:durableId="1570578946">
    <w:abstractNumId w:val="5"/>
  </w:num>
  <w:num w:numId="4" w16cid:durableId="1990472184">
    <w:abstractNumId w:val="4"/>
  </w:num>
  <w:num w:numId="5" w16cid:durableId="2123724716">
    <w:abstractNumId w:val="7"/>
  </w:num>
  <w:num w:numId="6" w16cid:durableId="1270358614">
    <w:abstractNumId w:val="3"/>
  </w:num>
  <w:num w:numId="7" w16cid:durableId="1236353520">
    <w:abstractNumId w:val="2"/>
  </w:num>
  <w:num w:numId="8" w16cid:durableId="1770001499">
    <w:abstractNumId w:val="1"/>
  </w:num>
  <w:num w:numId="9" w16cid:durableId="96045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265"/>
    <w:rsid w:val="0015074B"/>
    <w:rsid w:val="00212415"/>
    <w:rsid w:val="0029639D"/>
    <w:rsid w:val="00326F90"/>
    <w:rsid w:val="005500E1"/>
    <w:rsid w:val="005561E2"/>
    <w:rsid w:val="0070240D"/>
    <w:rsid w:val="00720FFD"/>
    <w:rsid w:val="007C2283"/>
    <w:rsid w:val="008046A1"/>
    <w:rsid w:val="00855074"/>
    <w:rsid w:val="009732A7"/>
    <w:rsid w:val="00A778C7"/>
    <w:rsid w:val="00AA1D8D"/>
    <w:rsid w:val="00B47730"/>
    <w:rsid w:val="00BC06CF"/>
    <w:rsid w:val="00C34F48"/>
    <w:rsid w:val="00CB0664"/>
    <w:rsid w:val="00DA285C"/>
    <w:rsid w:val="00F3030F"/>
    <w:rsid w:val="00FC693F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70808"/>
  <w14:defaultImageDpi w14:val="330"/>
  <w15:docId w15:val="{4FBA43CA-91DC-4F00-BFCA-5779300A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zija">
    <w:name w:val="Revision"/>
    <w:hidden/>
    <w:uiPriority w:val="99"/>
    <w:semiHidden/>
    <w:rsid w:val="005500E1"/>
    <w:pPr>
      <w:spacing w:after="0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10</cp:revision>
  <dcterms:created xsi:type="dcterms:W3CDTF">2026-08-27T06:58:00Z</dcterms:created>
  <dcterms:modified xsi:type="dcterms:W3CDTF">2026-08-28T04:52:00Z</dcterms:modified>
  <cp:category/>
</cp:coreProperties>
</file>